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Participant IP Dispensing and Return Log</w:t>
      </w:r>
    </w:p>
    <w:p>
      <w:r>
        <w:rPr>
          <w:b/>
          <w:sz w:val="18"/>
        </w:rPr>
        <w:t xml:space="preserve">Purpose: </w:t>
      </w:r>
      <w:r>
        <w:rPr>
          <w:b w:val="0"/>
          <w:sz w:val="18"/>
        </w:rPr>
        <w:t>Records, for one participant, each kit or unit of investigational product dispensed and returned, with the IRT confirmation and compliance, so accountability can be reconciled by participant.</w:t>
      </w:r>
    </w:p>
    <w:p>
      <w:pPr>
        <w:spacing w:after="0"/>
      </w:pPr>
      <w:r>
        <w:rPr>
          <w:b/>
          <w:sz w:val="18"/>
        </w:rPr>
        <w:t>Instructions</w:t>
      </w:r>
    </w:p>
    <w:p>
      <w:pPr>
        <w:pStyle w:val="ListBullet"/>
        <w:spacing w:after="0"/>
      </w:pPr>
      <w:r>
        <w:rPr>
          <w:b w:val="0"/>
          <w:sz w:val="18"/>
        </w:rPr>
        <w:t>Use one log per participant per IP and keep it with F-304-01. Use the sponsor's log instead if the sponsor requires it.</w:t>
      </w:r>
    </w:p>
    <w:p>
      <w:pPr>
        <w:pStyle w:val="ListBullet"/>
        <w:spacing w:after="0"/>
      </w:pPr>
      <w:r>
        <w:rPr>
          <w:b w:val="0"/>
          <w:sz w:val="18"/>
        </w:rPr>
        <w:t>At dispensing, record one line per kit or unit IRT assigns: visit, date, kit or unit ID, IRT confirmation number, quantity dispensed and initials (SOP-06 5.6.4). The kit is deducted from F-304-01 by kit number (code D). For direct-to-participant (DtP) shipment, record the ship date and the participant's receipt date in the DtP column (SOP-M4 5.6.3, if adopted).</w:t>
      </w:r>
    </w:p>
    <w:p>
      <w:pPr>
        <w:pStyle w:val="ListBullet"/>
        <w:spacing w:after="0"/>
      </w:pPr>
      <w:r>
        <w:rPr>
          <w:b w:val="0"/>
          <w:sz w:val="18"/>
        </w:rPr>
        <w:t>At return, count the units in the participant's presence where practical and record on the same line the date, quantity returned and compliance by the protocol or pharmacy manual method. Write "not returned" when IP is not brought back and record the reason in source (SOP-06 5.7.1).</w:t>
      </w:r>
    </w:p>
    <w:p>
      <w:pPr>
        <w:pStyle w:val="ListBullet"/>
        <w:spacing w:after="0"/>
      </w:pPr>
      <w:r>
        <w:rPr>
          <w:b w:val="0"/>
          <w:sz w:val="18"/>
        </w:rPr>
        <w:t>Compliance outside the protocol threshold goes to an investigator, who records the assessment in source (SOP-06 5.7.2). Returned IP is stored by participant and visit and never re-dispensed unless the pharmacy manual allows it (SOP-06 5.7.3).</w:t>
      </w:r>
    </w:p>
    <w:p>
      <w:pPr>
        <w:pStyle w:val="ListBullet"/>
        <w:spacing w:after="0"/>
      </w:pPr>
      <w:r>
        <w:rPr>
          <w:b w:val="0"/>
          <w:sz w:val="18"/>
        </w:rPr>
        <w:t>Controlled substances: the second counter initials the last column (SOP-06 5.9.4, 5.9.5). Correct errors with a single line, initials, date and reason (SOP-07 5.5).</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Participant ID</w:t>
            </w:r>
          </w:p>
        </w:tc>
        <w:tc>
          <w:tcPr>
            <w:tcW w:type="dxa" w:w="2447"/>
          </w:tcPr>
          <w:p/>
        </w:tc>
        <w:tc>
          <w:tcPr>
            <w:tcW w:type="dxa" w:w="2160"/>
            <w:shd w:val="clear" w:color="auto" w:fill="D9E2F3"/>
          </w:tcPr>
          <w:p>
            <w:pPr>
              <w:spacing w:after="0"/>
            </w:pPr>
            <w:r>
              <w:rPr>
                <w:b/>
                <w:sz w:val="17"/>
              </w:rPr>
              <w:t>IP name and strength</w:t>
            </w:r>
          </w:p>
        </w:tc>
        <w:tc>
          <w:tcPr>
            <w:tcW w:type="dxa" w:w="2447"/>
          </w:tcPr>
          <w:p/>
        </w:tc>
      </w:tr>
      <w:tr>
        <w:trPr>
          <w:trHeight w:val="432"/>
        </w:trPr>
        <w:tc>
          <w:tcPr>
            <w:tcW w:type="dxa" w:w="2160"/>
            <w:shd w:val="clear" w:color="auto" w:fill="D9E2F3"/>
          </w:tcPr>
          <w:p>
            <w:pPr>
              <w:spacing w:after="0"/>
            </w:pPr>
            <w:r>
              <w:rPr>
                <w:b/>
                <w:sz w:val="17"/>
              </w:rPr>
              <w:t>Site number</w:t>
            </w:r>
          </w:p>
        </w:tc>
        <w:tc>
          <w:tcPr>
            <w:tcW w:type="dxa" w:w="2447"/>
          </w:tcPr>
          <w:p/>
        </w:tc>
        <w:tc>
          <w:tcPr>
            <w:tcW w:type="dxa" w:w="2160"/>
            <w:shd w:val="clear" w:color="auto" w:fill="D9E2F3"/>
          </w:tcPr>
          <w:p>
            <w:pPr>
              <w:spacing w:after="0"/>
            </w:pPr>
            <w:r>
              <w:rPr>
                <w:b/>
                <w:sz w:val="17"/>
              </w:rPr>
              <w:t>Unit of count</w:t>
            </w:r>
          </w:p>
        </w:tc>
        <w:tc>
          <w:tcPr>
            <w:tcW w:type="dxa" w:w="2447"/>
          </w:tcPr>
          <w:p/>
        </w:tc>
        <w:tc>
          <w:tcPr>
            <w:tcW w:type="dxa" w:w="2160"/>
            <w:shd w:val="clear" w:color="auto" w:fill="D9E2F3"/>
          </w:tcPr>
          <w:p>
            <w:pPr>
              <w:spacing w:after="0"/>
            </w:pPr>
            <w:r>
              <w:rPr>
                <w:b/>
                <w:sz w:val="17"/>
              </w:rPr>
              <w:t>Controlled substance schedule (if any)</w:t>
            </w: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987"/>
        <w:gridCol w:w="987"/>
        <w:gridCol w:w="1974"/>
        <w:gridCol w:w="1974"/>
        <w:gridCol w:w="987"/>
        <w:gridCol w:w="987"/>
        <w:gridCol w:w="987"/>
        <w:gridCol w:w="987"/>
        <w:gridCol w:w="987"/>
        <w:gridCol w:w="987"/>
        <w:gridCol w:w="987"/>
        <w:gridCol w:w="987"/>
      </w:tblGrid>
      <w:tr>
        <w:trPr>
          <w:tblHeader w:val="true"/>
        </w:trPr>
        <w:tc>
          <w:tcPr>
            <w:tcW w:type="dxa" w:w="987"/>
            <w:shd w:val="clear" w:color="auto" w:fill="D9E2F3"/>
          </w:tcPr>
          <w:p>
            <w:pPr>
              <w:spacing w:after="0"/>
            </w:pPr>
            <w:r>
              <w:rPr>
                <w:b/>
                <w:sz w:val="17"/>
              </w:rPr>
              <w:t>Visit</w:t>
            </w:r>
          </w:p>
        </w:tc>
        <w:tc>
          <w:tcPr>
            <w:tcW w:type="dxa" w:w="987"/>
            <w:shd w:val="clear" w:color="auto" w:fill="D9E2F3"/>
          </w:tcPr>
          <w:p>
            <w:pPr>
              <w:spacing w:after="0"/>
            </w:pPr>
            <w:r>
              <w:rPr>
                <w:b/>
                <w:sz w:val="17"/>
              </w:rPr>
              <w:t>Date dispensed</w:t>
            </w:r>
          </w:p>
        </w:tc>
        <w:tc>
          <w:tcPr>
            <w:tcW w:type="dxa" w:w="1974"/>
            <w:shd w:val="clear" w:color="auto" w:fill="D9E2F3"/>
          </w:tcPr>
          <w:p>
            <w:pPr>
              <w:spacing w:after="0"/>
            </w:pPr>
            <w:r>
              <w:rPr>
                <w:b/>
                <w:sz w:val="17"/>
              </w:rPr>
              <w:t>Kit or unit ID</w:t>
            </w:r>
          </w:p>
        </w:tc>
        <w:tc>
          <w:tcPr>
            <w:tcW w:type="dxa" w:w="1974"/>
            <w:shd w:val="clear" w:color="auto" w:fill="D9E2F3"/>
          </w:tcPr>
          <w:p>
            <w:pPr>
              <w:spacing w:after="0"/>
            </w:pPr>
            <w:r>
              <w:rPr>
                <w:b/>
                <w:sz w:val="17"/>
              </w:rPr>
              <w:t>IRT confirmation no.</w:t>
            </w:r>
          </w:p>
        </w:tc>
        <w:tc>
          <w:tcPr>
            <w:tcW w:type="dxa" w:w="987"/>
            <w:shd w:val="clear" w:color="auto" w:fill="D9E2F3"/>
          </w:tcPr>
          <w:p>
            <w:pPr>
              <w:spacing w:after="0"/>
            </w:pPr>
            <w:r>
              <w:rPr>
                <w:b/>
                <w:sz w:val="17"/>
              </w:rPr>
              <w:t>Qty dispensed</w:t>
            </w:r>
          </w:p>
        </w:tc>
        <w:tc>
          <w:tcPr>
            <w:tcW w:type="dxa" w:w="987"/>
            <w:shd w:val="clear" w:color="auto" w:fill="D9E2F3"/>
          </w:tcPr>
          <w:p>
            <w:pPr>
              <w:spacing w:after="0"/>
            </w:pPr>
            <w:r>
              <w:rPr>
                <w:b/>
                <w:sz w:val="17"/>
              </w:rPr>
              <w:t>DtP: shipped / received (dates)</w:t>
            </w:r>
          </w:p>
        </w:tc>
        <w:tc>
          <w:tcPr>
            <w:tcW w:type="dxa" w:w="987"/>
            <w:shd w:val="clear" w:color="auto" w:fill="D9E2F3"/>
          </w:tcPr>
          <w:p>
            <w:pPr>
              <w:spacing w:after="0"/>
            </w:pPr>
            <w:r>
              <w:rPr>
                <w:b/>
                <w:sz w:val="17"/>
              </w:rPr>
              <w:t>Dispensed by (initials)</w:t>
            </w:r>
          </w:p>
        </w:tc>
        <w:tc>
          <w:tcPr>
            <w:tcW w:type="dxa" w:w="987"/>
            <w:shd w:val="clear" w:color="auto" w:fill="D9E2F3"/>
          </w:tcPr>
          <w:p>
            <w:pPr>
              <w:spacing w:after="0"/>
            </w:pPr>
            <w:r>
              <w:rPr>
                <w:b/>
                <w:sz w:val="17"/>
              </w:rPr>
              <w:t>Date returned</w:t>
            </w:r>
          </w:p>
        </w:tc>
        <w:tc>
          <w:tcPr>
            <w:tcW w:type="dxa" w:w="987"/>
            <w:shd w:val="clear" w:color="auto" w:fill="D9E2F3"/>
          </w:tcPr>
          <w:p>
            <w:pPr>
              <w:spacing w:after="0"/>
            </w:pPr>
            <w:r>
              <w:rPr>
                <w:b/>
                <w:sz w:val="17"/>
              </w:rPr>
              <w:t>Qty returned</w:t>
            </w:r>
          </w:p>
        </w:tc>
        <w:tc>
          <w:tcPr>
            <w:tcW w:type="dxa" w:w="987"/>
            <w:shd w:val="clear" w:color="auto" w:fill="D9E2F3"/>
          </w:tcPr>
          <w:p>
            <w:pPr>
              <w:spacing w:after="0"/>
            </w:pPr>
            <w:r>
              <w:rPr>
                <w:b/>
                <w:sz w:val="17"/>
              </w:rPr>
              <w:t>Compliance %</w:t>
            </w:r>
          </w:p>
        </w:tc>
        <w:tc>
          <w:tcPr>
            <w:tcW w:type="dxa" w:w="987"/>
            <w:shd w:val="clear" w:color="auto" w:fill="D9E2F3"/>
          </w:tcPr>
          <w:p>
            <w:pPr>
              <w:spacing w:after="0"/>
            </w:pPr>
            <w:r>
              <w:rPr>
                <w:b/>
                <w:sz w:val="17"/>
              </w:rPr>
              <w:t>Returned to (initials)</w:t>
            </w:r>
          </w:p>
        </w:tc>
        <w:tc>
          <w:tcPr>
            <w:tcW w:type="dxa" w:w="987"/>
            <w:shd w:val="clear" w:color="auto" w:fill="D9E2F3"/>
          </w:tcPr>
          <w:p>
            <w:pPr>
              <w:spacing w:after="0"/>
            </w:pPr>
            <w:r>
              <w:rPr>
                <w:b/>
                <w:sz w:val="17"/>
              </w:rPr>
              <w:t>CS 2nd initials</w:t>
            </w: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1974"/>
          </w:tcPr>
          <w:p>
            <w:pPr>
              <w:spacing w:after="0"/>
            </w:pPr>
          </w:p>
        </w:tc>
        <w:tc>
          <w:tcPr>
            <w:tcW w:type="dxa" w:w="1974"/>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r>
    </w:tbl>
    <w:p>
      <w:pPr>
        <w:spacing w:after="4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Final reconciliation for this participant (IP Manager initials and date)</w:t>
            </w:r>
          </w:p>
        </w:tc>
        <w:tc>
          <w:tcPr>
            <w:tcW w:type="dxa" w:w="2447"/>
          </w:tcPr>
          <w:p/>
        </w:tc>
        <w:tc>
          <w:tcPr>
            <w:tcW w:type="dxa" w:w="2160"/>
            <w:shd w:val="clear" w:color="auto" w:fill="D9E2F3"/>
          </w:tcPr>
          <w:p>
            <w:pPr>
              <w:spacing w:after="0"/>
            </w:pPr>
            <w:r>
              <w:rPr>
                <w:b/>
                <w:sz w:val="17"/>
              </w:rPr>
              <w:t>Notes</w:t>
            </w:r>
          </w:p>
        </w:tc>
        <w:tc>
          <w:tcPr>
            <w:tcW w:type="dxa" w:w="2447"/>
          </w:tcPr>
          <w:p/>
        </w:tc>
        <w:tc>
          <w:tcPr>
            <w:tcW w:type="dxa" w:w="2160"/>
          </w:tcPr>
          <w:p/>
        </w:tc>
        <w:tc>
          <w:tcPr>
            <w:tcW w:type="dxa" w:w="2447"/>
          </w:tc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F-304-04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F-304-04 Participant IP Dispensing and Return Log</w:t>
          </w:r>
        </w:p>
      </w:tc>
      <w:tc>
        <w:tcPr>
          <w:tcW w:type="dxa" w:w="4147"/>
        </w:tcPr>
        <w:p>
          <w:pPr>
            <w:jc w:val="right"/>
          </w:pPr>
          <w:r>
            <w:rPr>
              <w:b w:val="0"/>
              <w:color w:val="404040"/>
              <w:sz w:val="17"/>
            </w:rPr>
            <w:t>Ref: SOP-06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F-304-04 Participant IP Dispensing and Return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